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Style w:val="BigStyle"/>
          <w:b/>
        </w:rPr>
        <w:t>ИТОГОВЫЙ СВОДНЫЙ ПРОТОКОЛ</w:t>
      </w:r>
    </w:p>
    <w:p>
      <w:pPr>
        <w:spacing w:after="0"/>
        <w:jc w:val="center"/>
      </w:pPr>
      <w:r>
        <w:rPr>
          <w:b/>
        </w:rPr>
        <w:t xml:space="preserve"> Открытый Кубок России 2026 по Батон Твирлингу и Мажореткам</w:t>
      </w:r>
    </w:p>
    <w:p>
      <w:pPr>
        <w:spacing w:after="0"/>
        <w:jc w:val="center"/>
      </w:pPr>
      <w:r>
        <w:rPr>
          <w:u w:val="single"/>
        </w:rPr>
        <w:t>г. Москва, Варшавское шоссе, д.118, к.1, 13 июня 2026 года</w:t>
      </w:r>
    </w:p>
    <w:p/>
    <w:p>
      <w:pPr>
        <w:spacing w:after="0"/>
      </w:pPr>
    </w:p>
    <w:p>
      <w:pPr>
        <w:spacing w:after="0"/>
      </w:pPr>
      <w:r>
        <w:rPr>
          <w:b/>
        </w:rPr>
        <w:t>Главный судья:</w:t>
      </w:r>
    </w:p>
    <w:p>
      <w:pPr>
        <w:spacing w:after="0"/>
      </w:pPr>
      <w:r>
        <w:rPr>
          <w:u w:val="single"/>
        </w:rPr>
        <w:t>Елена Бижар</w:t>
      </w:r>
      <w:r>
        <w:t xml:space="preserve"> - </w:t>
      </w:r>
      <w:r>
        <w:t>Судья ЛБТМ Mеждународной категории по Твирлингу и Мажореткам.</w:t>
      </w:r>
    </w:p>
    <w:p>
      <w:pPr>
        <w:spacing w:after="0"/>
      </w:pPr>
    </w:p>
    <w:p>
      <w:pPr>
        <w:spacing w:after="0"/>
      </w:pPr>
      <w:r>
        <w:rPr>
          <w:b/>
        </w:rPr>
        <w:t>Судьи :</w:t>
      </w:r>
    </w:p>
    <w:p>
      <w:pPr>
        <w:spacing w:after="0"/>
      </w:pPr>
      <w:r>
        <w:rPr>
          <w:u w:val="single"/>
        </w:rPr>
        <w:t>Данилова Наталья Николаевна</w:t>
      </w:r>
      <w:r>
        <w:t xml:space="preserve"> - </w:t>
      </w:r>
      <w:r>
        <w:t>Судья ЛБТМ Международной категории по Mажореткам и Всероссийской категории по Tвирлингу.</w:t>
      </w:r>
    </w:p>
    <w:p>
      <w:pPr>
        <w:spacing w:after="0"/>
      </w:pPr>
    </w:p>
    <w:p>
      <w:pPr>
        <w:spacing w:after="0"/>
      </w:pPr>
      <w:r>
        <w:rPr>
          <w:u w:val="single"/>
        </w:rPr>
        <w:t>Нургатина Камила Равильевна</w:t>
      </w:r>
      <w:r>
        <w:t xml:space="preserve"> - </w:t>
      </w:r>
      <w:r>
        <w:t>Судья ЛБТМ Всероссийской категории по Твирлингу и Мажореткам</w:t>
      </w:r>
    </w:p>
    <w:p>
      <w:pPr>
        <w:spacing w:after="0"/>
      </w:pPr>
    </w:p>
    <w:p>
      <w:pPr>
        <w:spacing w:after="0"/>
      </w:pPr>
      <w:r>
        <w:rPr>
          <w:u w:val="single"/>
        </w:rPr>
        <w:t>Свиридова Мария Игоревна</w:t>
      </w:r>
      <w:r>
        <w:t xml:space="preserve"> - </w:t>
      </w:r>
      <w:r>
        <w:t>Судья ЛБТМ Международной категории по Мажореткам и Всероссийской категории по Твирлингу.</w:t>
      </w:r>
    </w:p>
    <w:p>
      <w:pPr>
        <w:spacing w:after="0"/>
      </w:pPr>
    </w:p>
    <w:p>
      <w:pPr>
        <w:spacing w:after="0"/>
      </w:pPr>
      <w:r>
        <w:rPr>
          <w:u w:val="single"/>
        </w:rPr>
        <w:t>Сенина Лилия Геннадиевна</w:t>
      </w:r>
      <w:r>
        <w:t xml:space="preserve"> - </w:t>
      </w:r>
      <w:r>
        <w:t>Судья ЛБТМ Международной категории по Mажореткам и Всероссийской категории по Tвирлингу.</w:t>
      </w: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X-strut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Куперман Софья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Виктория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Серебрякова Александра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Рыбалко Анастасия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Северина Алёна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Мотовилова Наталья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Захарова Ника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Зернова Валерия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68,2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66,60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Петрова Виктория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Глущенко Екатерина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61,9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Мария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58,7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Хлапова Елизавета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60,8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Попкова Софья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58,6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Годунова Софья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57,9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56,80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Осипова Алиса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58,4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Бахарева Ульяна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55,4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Белозерова Алена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68,7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68,00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Александрова Василиса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73,7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Соло 1 батон</w:t>
      </w:r>
    </w:p>
    <w:p>
      <w:pPr>
        <w:spacing w:after="0"/>
      </w:pPr>
      <w:r>
        <w:rPr>
          <w:rStyle w:val="BigStyle"/>
          <w:b/>
        </w:rPr>
        <w:t>Дети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Иванисенко Мария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45,9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44,10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Анна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45,0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Прокошина Мария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44,7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Гущина Таисия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43,3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Пунга Анна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56,6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54,60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Голикова Кира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Кусков Денис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Никитина Дарья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Спиридонова Яна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56,0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Виктория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Никифорова Эльвира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Молодцова Виктория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Никифорова Кира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Курман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Полукарова Татьяна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49,8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Сысоева София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48,8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46,80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Решетникова Ксения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48,2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45,70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Вавилова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46,9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44,60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Богданова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Захарова Ника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Петрова Виктория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Ярощук 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Яковлева Наталья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Рыбалко Анастасия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Фролкина Александра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Яковлева Арина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Ларина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Мереакре Анна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Магомедова Карина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Северина Алёна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Новокщёнова Василиса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47,3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44,20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Семенькова Екатерина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47,9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ВАРВАРА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Куперман Софья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66,80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Зернова Валерия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64,40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Начинающий 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Белозерова Алена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61,9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Годунова Софья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57,8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Костомарова Алёна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56,5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Коломыцева Ульяна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Исаенкова Анастасия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45,90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Баранова Валерия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45,9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Шепелева Маргарита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-7,0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45,5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Начинающий B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Арапова София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65,0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63,40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Хлапова Елизавета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65,7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Осипова Алиса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63,0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Кускова Лилия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64,0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Курочкина Полина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62,8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Захарова Ирина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64,8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Тимофеева Ксения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61,9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Лебедева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59,7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Репина Александра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61,5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Степченко Арина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56,1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54,10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Перцова Анастасия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54,0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Кораблева Вера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Бахарева Ульяна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Шумова Варвара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Мауричева Ирина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-8,5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Глущенко Екатерина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71,7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Поздняева Ксения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68,40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Мария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67,8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Поташова Алиса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65,4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Серова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62,2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Жарикова Таисия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60,6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Пунга Анастасия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61,0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Свистельникова София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61,2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Александрова Василиса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-6,0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62,1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56,10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Лаврова Александра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60,4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Смирнова Варвара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54,7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София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54,6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Продвинутый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Рыбаков Сергей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81,1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77,70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Чекинёва Варвара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78,7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76,30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Калниш Дарья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77,0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73,40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Ивашечкина Ярослава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89,3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86,40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Квасова Анна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89,1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86,00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Сеньоры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Трифонова Варвара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89,6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86,70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Соло 2 батона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Куперман Софья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Белозерова Алена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Шепелева Маргарита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-6,2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48,3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Поздняева Ксения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68,1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Поташова Алиса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Глущенко Екатерина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Серова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67,8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Александрова Василиса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-6,9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68,3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61,40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Лаврова Александра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64,3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Ивашечкина Ярослава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73,4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Квасова Анна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72,6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Рыбаков Сергей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72,1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Сеньоры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Трифонова Варвара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88,9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87,60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Соло baby twirl</w:t>
      </w:r>
    </w:p>
    <w:p>
      <w:pPr>
        <w:spacing w:after="0"/>
      </w:pPr>
      <w:r>
        <w:rPr>
          <w:rStyle w:val="BigStyle"/>
          <w:b/>
        </w:rPr>
        <w:t>Бэби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Зернова Анастасия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47,6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46,50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Мохова Ева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46,9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45,60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Киселева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46,0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Максимова Анастасия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44,0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Ритмический твирлинг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Куперман Софья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14,70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  <w:br/>
              <w:t>-0,6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71,1</w:t>
              <w:br/>
              <w:t>61,3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Спиридонова Яна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14,70</w:t>
              <w:br/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-1,1</w:t>
              <w:br/>
              <w:t>-1,3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70,1</w:t>
              <w:br/>
              <w:t>58,6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63,15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Петрова Виктория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-2,3</w:t>
              <w:br/>
              <w:t>-2,3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71,0</w:t>
              <w:br/>
              <w:t>67,5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66,95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Рыбалко Анастасия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-0,6</w:t>
              <w:br/>
              <w:t>-0,3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69,0</w:t>
              <w:br/>
              <w:t>64,3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66,20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Ярощук 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-1,5</w:t>
              <w:br/>
              <w:t>-1,3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65,9</w:t>
              <w:br/>
              <w:t>63,6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63,35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Белозерова Алена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14,70</w:t>
              <w:br/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-1,3</w:t>
              <w:br/>
              <w:t>-1,1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71,4</w:t>
              <w:br/>
              <w:t>72,5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70,75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Поздняева Ксения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  <w:br/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  <w:br/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-0,7</w:t>
              <w:br/>
              <w:t>-0,2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70,8</w:t>
              <w:br/>
              <w:t>67,3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68,60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Годунова Софья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14,10</w:t>
              <w:br/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-1,9</w:t>
              <w:br/>
              <w:t>-1,9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70,7</w:t>
              <w:br/>
              <w:t>64,9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Исаенкова Анастасия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  <w:br/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13,40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  <w:br/>
              <w:t>-2,2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68,4</w:t>
              <w:br/>
              <w:t>66,7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Глущенко Екатерина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13,40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13,60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-4,2</w:t>
              <w:br/>
              <w:t>-4,3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69,4</w:t>
              <w:br/>
              <w:t>67,7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София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13,40</w:t>
              <w:br/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13,20</w:t>
              <w:br/>
              <w:t>13,10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-2,6</w:t>
              <w:br/>
              <w:t>-2,6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67,8</w:t>
              <w:br/>
              <w:t>65,7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64,15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Поташова Алиса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  <w:br/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-1,0</w:t>
              <w:br/>
              <w:t>-2,1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65,5</w:t>
              <w:br/>
              <w:t>64,7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63,55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Шепелева Маргарита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  <w:br/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-4,4</w:t>
              <w:br/>
              <w:t>-2,8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66,7</w:t>
              <w:br/>
              <w:t>64,3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61,90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Захарова Ирина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  <w:br/>
              <w:t>13,40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  <w:br/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13,10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-6,2</w:t>
              <w:br/>
              <w:t>-6,4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66,0</w:t>
              <w:br/>
              <w:t>62,9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Калниш Дарья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14,20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14,40</w:t>
              <w:br/>
              <w:t>14,10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15,00</w:t>
              <w:br/>
              <w:t>15,20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-0,3</w:t>
              <w:br/>
              <w:t>-0,2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72,2</w:t>
              <w:br/>
              <w:t>73,0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72,35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Пунга Анастасия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14,40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  <w:br/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14,80</w:t>
              <w:br/>
              <w:t>15,10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-2,9</w:t>
              <w:br/>
              <w:t>-2,3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71,7</w:t>
              <w:br/>
              <w:t>71,8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69,15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Серова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14,20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14,80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-3,3</w:t>
              <w:br/>
              <w:t>-3,1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70,5</w:t>
              <w:br/>
              <w:t>69,2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66,65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Лаврова Александра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14,20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-2,4</w:t>
              <w:br/>
              <w:t>-2,1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69,4</w:t>
              <w:br/>
              <w:t>67,5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66,20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Свистельникова София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-1,5</w:t>
              <w:br/>
              <w:t>-1,2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69,9</w:t>
              <w:br/>
              <w:t>64,7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Александрова Василиса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14,20</w:t>
              <w:br/>
              <w:t>14,70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14,10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-5,6</w:t>
              <w:br/>
              <w:t>-5,3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70,7</w:t>
              <w:br/>
              <w:t>71,7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Чекинёва Варвара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17,70</w:t>
              <w:br/>
              <w:t>16,00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17,90</w:t>
              <w:br/>
              <w:t>15,50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  <w:br/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17,60</w:t>
              <w:br/>
              <w:t>15,70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18,00</w:t>
              <w:br/>
              <w:t>16,50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-0,6</w:t>
              <w:br/>
              <w:t>-0,2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88,7</w:t>
              <w:br/>
              <w:t>78,7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Ивашечкина Ярослава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  <w:br/>
              <w:t>15,70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18,00</w:t>
              <w:br/>
              <w:t>15,20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  <w:br/>
              <w:t>14,90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  <w:br/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18,00</w:t>
              <w:br/>
              <w:t>16,00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  <w:br/>
              <w:t>-1,2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88,5</w:t>
              <w:br/>
              <w:t>76,8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81,35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Сеньоры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Трифонова Варвара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18,90</w:t>
              <w:br/>
              <w:t>17,50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18,80</w:t>
              <w:br/>
              <w:t>17,00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18,50</w:t>
              <w:br/>
              <w:t>16,50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18,80</w:t>
              <w:br/>
              <w:t>16,80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19,00</w:t>
              <w:br/>
              <w:t>17,70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-4,1</w:t>
              <w:br/>
              <w:t>-4,1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94,0</w:t>
              <w:br/>
              <w:t>85,5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85,65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Продвинутый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Рыбаков Сергей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16,00</w:t>
              <w:br/>
              <w:t>15,50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16,30</w:t>
              <w:br/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16,10</w:t>
              <w:br/>
              <w:t>15,20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15,90</w:t>
              <w:br/>
              <w:t>15,00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16,50</w:t>
              <w:br/>
              <w:t>15,50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-2,8</w:t>
              <w:br/>
              <w:t>-3,0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80,8</w:t>
              <w:br/>
              <w:t>76,2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75,60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Петухов Андрей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15,50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15,70</w:t>
              <w:br/>
              <w:t>14,70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15,30</w:t>
              <w:br/>
              <w:t>14,30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15,20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16,00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-0,3</w:t>
              <w:br/>
              <w:t>-0,2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77,7</w:t>
              <w:br/>
              <w:t>71,5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74,35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Дуэт</w:t>
      </w: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Яковлева Арина; Яковлева Наталья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Зернова Валерия; Петрова Виктория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65,30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Баранова Валерия; Костомарова Алёна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56,5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София; Годунова Софья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55,2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Средний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Арапова Мария; Хлапова Елизавета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Начинающий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Александрова Василиса; Пунга Анастасия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-9,9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Элита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Квасова Анна; Рыбаков Сергей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85,2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80,30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Ивашечкина Ярослава; Поздняева Ксения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85,3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79,50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Парад на месте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New Wave</w:t>
            </w:r>
            <w:r>
              <w:br/>
            </w:r>
            <w:r>
              <w:t>Голубева Варвара; Зернова Анастасия; Искусных Анна; Искусных София; Кириченко Дарья; Куперман Софья; Пунга Анна; Скирдова Алиса; Скопина Ксения; Черепанова Элина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  <w:br/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  <w:br/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  <w:br/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  <w:br/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-3,1</w:t>
              <w:br/>
              <w:t>-4,8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52,7</w:t>
              <w:br/>
              <w:t>50,8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Традиционные мажоретки</w:t>
      </w: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Студия "Грёзы"</w:t>
            </w:r>
            <w:r>
              <w:rPr>
                <w:b/>
              </w:rPr>
              <w:t xml:space="preserve"> (Прорыв)</w:t>
            </w:r>
            <w:r>
              <w:br/>
            </w:r>
            <w:r>
              <w:t>Иванисенко Мария; Кусков Денис; Никитина Дарья; Никифорова Кира; Никифорова Эльвира; Новокщёнова Василиса; Полукарова Татьяна; Северина Алёна; Семенькова Екатерина; Серебрякова Александра; Спиридонова Яна; Сысоева София; Фролкина Александра; Яковлева Арина; Яковлева Наталья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-2,2</w:t>
              <w:br/>
              <w:t>-1,9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57,8</w:t>
              <w:br/>
              <w:t>62,0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>
              <w:t>Команда КИШ- МИШ</w:t>
            </w:r>
            <w:r>
              <w:br/>
            </w:r>
            <w:r>
              <w:t>АНДРЕЕВА ВАРВАРА; ГАТАУЛЛИНА АЛИНА; Лагунова Валерия; Осипова Алиса; Перцова Анастасия; Пысенкова Ангелина; Радаева Дарина; Рыбкина Елизавета; Сысоева Вероника; Широкова Виктория; Юрина Ульяна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  <w:br/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  <w:br/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-3,7</w:t>
              <w:br/>
              <w:t>-7,0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52,9</w:t>
              <w:br/>
              <w:t>57,6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Батон Флаг</w:t>
      </w: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Студия "Грёзы"</w:t>
            </w:r>
            <w:r>
              <w:rPr>
                <w:b/>
              </w:rPr>
              <w:t xml:space="preserve"> (Под Знаменем красоты)</w:t>
            </w:r>
            <w:r>
              <w:br/>
            </w:r>
            <w:r>
              <w:t>Арапова София; Годунова Софья; Исаенкова Анастасия; Кусков Денис; Кускова Лилия; Репина Александра; Степченко Арина; Шумова Варвара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11,10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-2,3</w:t>
              <w:br/>
              <w:t>-3,2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67,6</w:t>
              <w:br/>
              <w:t>55,2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>
              <w:t>Команда New Wave</w:t>
            </w:r>
            <w:r>
              <w:br/>
            </w:r>
            <w:r>
              <w:t>Александрова Василиса; Андреева София; Зернова Валерия; Курочкина Полина; Петрова Виктория; Пунга Анастасия; Смирнова Варвара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14,10</w:t>
              <w:br/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13,90</w:t>
              <w:br/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14,30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-2,9</w:t>
              <w:br/>
              <w:t>-6,0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70,0</w:t>
              <w:br/>
              <w:t>53,6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Команда танцевальный твирлинг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Маленькая команда 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ЦСП «Ника»</w:t>
            </w:r>
            <w:r>
              <w:br/>
            </w:r>
            <w:r>
              <w:t>Белозерова Алена; Захарова Ирина; Захарова Ника; Тавлуева Элина; Чудакова Ираида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13,30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14,50</w:t>
              <w:br/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-9,6</w:t>
              <w:br/>
              <w:t>-11,0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66,2</w:t>
              <w:br/>
              <w:t>57,3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Команда 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New Wave</w:t>
            </w:r>
            <w:r>
              <w:br/>
            </w:r>
            <w:r>
              <w:t>Александрова Василиса; Андреева София; Зернова Валерия; Курочкина Полина; Петрова Виктория; Пунга Анастасия; Смирнова Варвара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  <w:br/>
              <w:t>14,20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11,90</w:t>
              <w:br/>
              <w:t>13,80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-4,3</w:t>
              <w:br/>
              <w:t>-5,4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59,4</w:t>
              <w:br/>
              <w:t>69,0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59,35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Команда твирлинг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Маленькая команда 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New Wave</w:t>
            </w:r>
            <w:r>
              <w:br/>
            </w:r>
            <w:r>
              <w:t>Зернова Валерия; Куперман Софья; Курочкина Полина; Петрова Виктория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  <w:br/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13,40</w:t>
              <w:br/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  <w:br/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-5,6</w:t>
              <w:br/>
              <w:t>-5,5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65,5</w:t>
              <w:br/>
              <w:t>52,9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53,65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>
              <w:t>Команда Студия "Грёзы"</w:t>
            </w:r>
            <w:r>
              <w:br/>
            </w:r>
            <w:r>
              <w:t>Арапова София; Годунова Софья; Исаенкова Анастасия; Кускова Лилия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13,10</w:t>
              <w:br/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  <w:br/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-7,8</w:t>
              <w:br/>
              <w:t>-7,4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65,9</w:t>
              <w:br/>
              <w:t>53,7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Команда 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«Импульс»</w:t>
            </w:r>
            <w:r>
              <w:br/>
            </w:r>
            <w:r>
              <w:t>Арапова Мария; Баранова Валерия; Глущенко Екатерина; Ивашечкина Ярослава; Костомарова Алёна; Лаврова Александра; Поздняева Ксения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13,50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13,80</w:t>
              <w:br/>
              <w:t>13,30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13,70</w:t>
              <w:br/>
              <w:t>13,60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14,00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-14,5</w:t>
              <w:br/>
              <w:t>-14,3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69,0</w:t>
              <w:br/>
              <w:t>68,9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54,55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Помпоны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Маленькая команда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Студия "Грёзы"</w:t>
            </w:r>
            <w:r>
              <w:rPr>
                <w:b/>
              </w:rPr>
              <w:t xml:space="preserve"> (Озорные Привидения)</w:t>
            </w:r>
            <w:r>
              <w:br/>
            </w:r>
            <w:r>
              <w:t>Аксёнова Ева; Байдина Арина; Григоренко Дарья; Иванисенко Мария; Кусков Денис; Никитина Дарья; Никифорова Кира; Никифорова Эльвира; Новокщёнова Василиса; Полукарова Татьяна; Семенькова Екатерина; Сысоева София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11,90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  <w:br/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12,20</w:t>
              <w:br/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-1,7</w:t>
              <w:br/>
              <w:t>-3,2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60,9</w:t>
              <w:br/>
              <w:t>54,5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55,25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>
              <w:t>Команда New Wave</w:t>
            </w:r>
            <w:r>
              <w:br/>
            </w:r>
            <w:r>
              <w:t>Голубева Варвара; Жарова Ксения; Зернова Анастасия; Зернова Валерия; Искусных Анна; Искусных София; Кириченко Дарья; Куперман Софья; Пунга Анна; Решетникова Ксения; Скирдова Алиса; Скопина Ксения; Филиппова Алиса; Черепанова Элина; Ястребова Вера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  <w:br/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11,90</w:t>
              <w:br/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-2,0</w:t>
              <w:br/>
              <w:t>-3,5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58,9</w:t>
              <w:br/>
              <w:t>54,5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53,95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>
              <w:t>Команда КИШ- МИШ</w:t>
            </w:r>
            <w:r>
              <w:br/>
            </w:r>
            <w:r>
              <w:t>АНДРЕЕВА ВАРВАРА; ГАТАУЛЛИНА АЛИНА; Лагунова Валерия; Осипова Алиса; Перцова Анастасия; Пысенкова Ангелина; Радаева Дарина; Рыбкина Елизавета; Сысоева Вероника; Широкова Виктория; Юрина Ульяна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  <w:br/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  <w:br/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  <w:br/>
              <w:t>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-3,9</w:t>
              <w:br/>
              <w:t>-2,8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55,3</w:t>
              <w:br/>
              <w:t>51,6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Маленькая команда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New Wave</w:t>
            </w:r>
            <w:r>
              <w:br/>
            </w:r>
            <w:r>
              <w:t>Александрова Василиса; Андреева София; Зернова Валерия; Курочкина Полина; Петрова Виктория; Пунга Анастасия; Смирнова Варвара; Трифонова Варвара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15,00</w:t>
              <w:br/>
              <w:t>14,00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15,40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15,70</w:t>
              <w:br/>
              <w:t>13,90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15,20</w:t>
              <w:br/>
              <w:t>13,70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16,00</w:t>
              <w:br/>
              <w:t>14,50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-2,0</w:t>
              <w:br/>
              <w:t>-2,0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77,3</w:t>
              <w:br/>
              <w:t>69,6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71,45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Традиционные помпоны</w:t>
      </w: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Студия "Грёзы"</w:t>
            </w:r>
            <w:r>
              <w:rPr>
                <w:b/>
              </w:rPr>
              <w:t xml:space="preserve"> (Катюша)</w:t>
            </w:r>
            <w:r>
              <w:br/>
            </w:r>
            <w:r>
              <w:t>Кускова Лилия; Новокщёнова Василиса; Репина Александра; Северина Алёна; Семенькова Екатерина; Серебрякова Александра; Спиридонова Яна; Степченко Арина; Фролкина Александра; Шумова Варвара; Яковлева Арина; Яковлева Наталья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  <w:br/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  <w:br/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12,90</w:t>
              <w:br/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  <w:br/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12,80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-3,5</w:t>
              <w:br/>
              <w:t>-1,8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63,9</w:t>
              <w:br/>
              <w:t>52,0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Соло Шоу Твирл</w:t>
      </w: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Тавлуева Элина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  <w:br/>
              <w:t>11,90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  <w:br/>
              <w:t>12,90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11,10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-1,0</w:t>
              <w:br/>
              <w:t>-0,8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53,5</w:t>
              <w:br/>
              <w:t>63,0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Сысоева Вероника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  <w:br/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  <w:br/>
              <w:t>12,10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  <w:br/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  <w:br/>
              <w:t>12,60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-0,6</w:t>
              <w:br/>
              <w:t>-0,7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53,0</w:t>
              <w:br/>
              <w:t>62,2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56,95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Овчинникова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  <w:br/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12,40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-0,5</w:t>
              <w:br/>
              <w:t>-1,0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52,9</w:t>
              <w:br/>
              <w:t>62,4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56,90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Чудакова Ираида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  <w:br/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  <w:br/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-2,7</w:t>
              <w:br/>
              <w:t>-2,8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53,4</w:t>
              <w:br/>
              <w:t>61,3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54,60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Лебедева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9,40</w:t>
              <w:br/>
              <w:t>12,10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9,30</w:t>
              <w:br/>
              <w:t>12,20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9,20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-2,3</w:t>
              <w:br/>
              <w:t>-2,9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46,9</w:t>
              <w:br/>
              <w:t>59,8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Дуэт Шоу Твирл</w:t>
      </w: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Тимофеева Ксения; Фуфаева Виктория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  <w:br/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  <w:br/>
              <w:t>11,60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-2,2</w:t>
              <w:br/>
              <w:t>-1,9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54,0</w:t>
              <w:br/>
              <w:t>57,6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53,75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Морковина Мария; Степанова Полина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  <w:br/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9,40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9,50</w:t>
              <w:br/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9,60</w:t>
              <w:br/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  <w:br/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-1,7</w:t>
              <w:br/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48,5</w:t>
              <w:br/>
              <w:t>55,5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Ивашечкина Ярослава; Лаврова Александра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  <w:br/>
              <w:t>13,50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  <w:br/>
              <w:t>12,80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  <w:br/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  <w:br/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-1,7</w:t>
              <w:br/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59,2</w:t>
              <w:br/>
              <w:t>64,8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Мажорет Батон Соло</w:t>
      </w:r>
    </w:p>
    <w:p>
      <w:pPr>
        <w:spacing w:after="0"/>
      </w:pPr>
      <w:r>
        <w:rPr>
          <w:rStyle w:val="BigStyle"/>
          <w:b/>
        </w:rPr>
        <w:t>Бэби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Киселева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9,30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9,60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38,9</w:t>
              <w:br/>
              <w:t>37,8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Логинова Ксения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9,60</w:t>
              <w:br/>
              <w:t>9,20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9,00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9,20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9,70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37,5</w:t>
              <w:br/>
              <w:t>37,1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Дети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Иванисенко Мария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39,8</w:t>
              <w:br/>
              <w:t>40,8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Анна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9,60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39,4</w:t>
              <w:br/>
              <w:t>40,6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Лаврова Алина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9,60</w:t>
              <w:br/>
              <w:t>9,90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39,4</w:t>
              <w:br/>
              <w:t>39,5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Кусков Денис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9,30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9,20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-1,1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41,5</w:t>
              <w:br/>
              <w:t>38,3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Бессонова София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9,10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9,40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9,60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39,7</w:t>
              <w:br/>
              <w:t>37,1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Никитина Дарья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9,30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8,80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9,60</w:t>
              <w:br/>
              <w:t>8,50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9,20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40,2</w:t>
              <w:br/>
              <w:t>35,8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Курман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8,50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8,40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40,4</w:t>
              <w:br/>
              <w:t>35,3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Вавилова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9,40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9,20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9,00</w:t>
              <w:br/>
              <w:t>8,70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9,10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38,7</w:t>
              <w:br/>
              <w:t>36,2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Полукарова Татьяна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9,10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9,00</w:t>
              <w:br/>
              <w:t>8,60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9,10</w:t>
              <w:br/>
              <w:t>8,70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8,50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38,9</w:t>
              <w:br/>
              <w:t>34,9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36,90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Никифорова Кира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9,20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9,30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9,30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39,0</w:t>
              <w:br/>
              <w:t>36,4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36,70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Богданова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8,70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8,80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35,5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Логинова Софья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8,80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9,00</w:t>
              <w:br/>
              <w:t>8,40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8,90</w:t>
              <w:br/>
              <w:t>8,30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38,0</w:t>
              <w:br/>
              <w:t>34,4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35,20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Юрина Ульяна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Ярощук 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11,30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11,10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11,50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42,8</w:t>
              <w:br/>
              <w:t>44,8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43,80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Мереакре Анна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42,4</w:t>
              <w:br/>
              <w:t>43,3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Мотовилова Наталья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11,20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41,8</w:t>
              <w:br/>
              <w:t>43,8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ГАТАУЛЛИНА АЛИНА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10,90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10,90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39,5</w:t>
              <w:br/>
              <w:t>43,3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Магомедова Карина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10,60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41,9</w:t>
              <w:br/>
              <w:t>42,0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Рыбкина Елизавета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10,40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9,70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9,90</w:t>
              <w:br/>
              <w:t>10,60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-0,7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40,2</w:t>
              <w:br/>
              <w:t>42,0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Лагунова Валерия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10,60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10,10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41,2</w:t>
              <w:br/>
              <w:t>41,4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Широкова Виктория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9,60</w:t>
              <w:br/>
              <w:t>10,60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9,30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38,8</w:t>
              <w:br/>
              <w:t>43,1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ВАРВАРА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-2,5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42,3</w:t>
              <w:br/>
              <w:t>42,5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Ларина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9,70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-2,5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39,7</w:t>
              <w:br/>
              <w:t>41,3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Пысенкова Ангелина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Свиридова М.И.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9,30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39,0</w:t>
              <w:br/>
              <w:t>40,0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38,25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Перцова Анастасия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13,20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43,8</w:t>
              <w:br/>
              <w:t>54,9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Тимофеева Ксения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12,80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43,6</w:t>
              <w:br/>
              <w:t>53,7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Лазарева Ольга</w:t>
            </w:r>
            <w:r>
              <w:rPr>
                <w:b/>
              </w:rPr>
              <w:br/>
              <w:t>Студия барабанщиц и спортивной хореографии  с предметом "Адреналин"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12,80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43,3</w:t>
              <w:br/>
              <w:t>53,4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Коломыцева Ульяна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13,60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42,8</w:t>
              <w:br/>
              <w:t>54,4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Мауричева Ирина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14,20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43,8</w:t>
              <w:br/>
              <w:t>54,1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Кораблева Вера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-0,2</w:t>
              <w:br/>
              <w:t>-0,2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43,0</w:t>
              <w:br/>
              <w:t>53,2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Репина Александра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43,2</w:t>
              <w:br/>
              <w:t>53,5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Балинова Серафима</w:t>
            </w:r>
            <w:r>
              <w:rPr>
                <w:b/>
              </w:rPr>
              <w:br/>
              <w:t>Студия барабанщиц и спортивной хореографии  с предметом "Адреналин"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12,80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14,20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43,8</w:t>
              <w:br/>
              <w:t>53,5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Осипова Алиса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14,20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14,70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-2,1</w:t>
              <w:br/>
              <w:t>-2,6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43,7</w:t>
              <w:br/>
              <w:t>56,1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47,55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Степанова Полина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12,80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42,6</w:t>
              <w:br/>
              <w:t>53,1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Сысоева Вероника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13,60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14,40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-1,2</w:t>
              <w:br/>
              <w:t>-1,2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42,7</w:t>
              <w:br/>
              <w:t>54,2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47,25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Поташова Алиса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13,40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43,1</w:t>
              <w:br/>
              <w:t>53,3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Кускова Лилия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-3,0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43,4</w:t>
              <w:br/>
              <w:t>54,9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Овчинникова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-1,5</w:t>
              <w:br/>
              <w:t>-1,5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43,0</w:t>
              <w:br/>
              <w:t>54,1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Морковина Мария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12,80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-1,5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42,5</w:t>
              <w:br/>
              <w:t>53,0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46,75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Фуфаева Виктория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12,70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-2,0</w:t>
              <w:br/>
              <w:t>-1,5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42,7</w:t>
              <w:br/>
              <w:t>52,7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45,95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16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Серова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14,40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15,30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15,40</w:t>
              <w:br/>
              <w:t>13,80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15,50</w:t>
              <w:br/>
              <w:t>15,00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61,2</w:t>
              <w:br/>
              <w:t>57,5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Свистельникова София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14,30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13,80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14,80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15,50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-0,8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59,6</w:t>
              <w:br/>
              <w:t>55,8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Жарикова Таисия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14,50</w:t>
              <w:br/>
              <w:t>13,70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15,50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60,0</w:t>
              <w:br/>
              <w:t>55,0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56,00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Мажорет Помпон Соло</w:t>
      </w:r>
    </w:p>
    <w:p>
      <w:pPr>
        <w:spacing w:after="0"/>
      </w:pPr>
      <w:r>
        <w:rPr>
          <w:rStyle w:val="BigStyle"/>
          <w:b/>
        </w:rPr>
        <w:t>Бэби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Киселева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8,00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9,70</w:t>
              <w:br/>
              <w:t>7,50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7,00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8,20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39,7</w:t>
              <w:br/>
              <w:t>30,7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35,20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Логинова Ксения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7,50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9,30</w:t>
              <w:br/>
              <w:t>7,00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9,20</w:t>
              <w:br/>
              <w:t>6,80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7,80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-0,7</w:t>
              <w:br/>
              <w:t>-0,7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38,0</w:t>
              <w:br/>
              <w:t>29,1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32,85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Дети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Лаврова Алина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8,50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8,00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-0,4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41,7</w:t>
              <w:br/>
              <w:t>34,8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Иванисенко Мария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8,40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8,20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41,7</w:t>
              <w:br/>
              <w:t>34,5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Молодцова Виктория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9,70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9,30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9,90</w:t>
              <w:br/>
              <w:t>11,50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39,4</w:t>
              <w:br/>
              <w:t>43,8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Голикова Кира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10,60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9,20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9,90</w:t>
              <w:br/>
              <w:t>11,30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38,9</w:t>
              <w:br/>
              <w:t>42,7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Устюшина Вера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10,10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-2,0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41,5</w:t>
              <w:br/>
              <w:t>41,4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Виктория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9,90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40,5</w:t>
              <w:br/>
              <w:t>40,8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Филиппова Алиса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9,90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-3,0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40,6</w:t>
              <w:br/>
              <w:t>41,6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Сысоева София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9,20</w:t>
              <w:br/>
              <w:t>10,10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9,40</w:t>
              <w:br/>
              <w:t>9,90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9,20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37,3</w:t>
              <w:br/>
              <w:t>41,0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Бессонова София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9,30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38,6</w:t>
              <w:br/>
              <w:t>41,1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Логинова Софья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8,20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8,90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8,40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-0,2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33,5</w:t>
              <w:br/>
              <w:t>41,8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37,55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Носенко София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8,30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8,20</w:t>
              <w:br/>
              <w:t>10,10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8,60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33,6</w:t>
              <w:br/>
              <w:t>41,4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Шарафутдинова Полина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9,00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8,30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8,40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8,50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34,2</w:t>
              <w:br/>
              <w:t>41,1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36,40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Бородина Вера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8,00</w:t>
              <w:br/>
              <w:t>9,90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8,10</w:t>
              <w:br/>
              <w:t>9,60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8,90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8,30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33,3</w:t>
              <w:br/>
              <w:t>39,3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35,30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Никитина Дарья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8,50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8,40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9,00</w:t>
              <w:br/>
              <w:t>9,10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8,70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34,6</w:t>
              <w:br/>
              <w:t>37,5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35,05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Богданова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Захарова Ника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11,50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43,7</w:t>
              <w:br/>
              <w:t>43,0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Мереакре Анна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11,20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43,0</w:t>
              <w:br/>
              <w:t>42,9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Северина Алёна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42,9</w:t>
              <w:br/>
              <w:t>41,5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Малофеева Вероника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43,3</w:t>
              <w:br/>
              <w:t>42,1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Мотовилова Наталья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43,2</w:t>
              <w:br/>
              <w:t>41,9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Белова София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42,8</w:t>
              <w:br/>
              <w:t>41,1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Серебрякова Александра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9,30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43,3</w:t>
              <w:br/>
              <w:t>39,1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Магомедова Карина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42,8</w:t>
              <w:br/>
              <w:t>40,5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Фролкина Александра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42,6</w:t>
              <w:br/>
              <w:t>40,6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Рыбалко Анастасия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-1,5</w:t>
              <w:br/>
              <w:t>-1,5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42,5</w:t>
              <w:br/>
              <w:t>41,4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Ларина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42,3</w:t>
              <w:br/>
              <w:t>38,6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Рыбкина Елизавета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-2,5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42,9</w:t>
              <w:br/>
              <w:t>41,0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39,45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Усманова Алиса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-2,6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42,6</w:t>
              <w:br/>
              <w:t>39,7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Широкова Виктория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8,90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10,10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-2,1</w:t>
              <w:br/>
              <w:t>-2,1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43,0</w:t>
              <w:br/>
              <w:t>37,9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ВАРВАРА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-3,5</w:t>
              <w:br/>
              <w:t>-3,5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42,7</w:t>
              <w:br/>
              <w:t>38,5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Пысенкова Ангелина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8,70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-3,5</w:t>
              <w:br/>
              <w:t>-3,5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42,9</w:t>
              <w:br/>
              <w:t>37,2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36,55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16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Белозерова Алена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13,50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12,90</w:t>
              <w:br/>
              <w:t>14,20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13,00</w:t>
              <w:br/>
              <w:t>13,90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13,40</w:t>
              <w:br/>
              <w:t>15,00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52,8</w:t>
              <w:br/>
              <w:t>57,4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54,85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Годунова Софья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12,40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12,70</w:t>
              <w:br/>
              <w:t>13,80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12,80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12,90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50,8</w:t>
              <w:br/>
              <w:t>55,8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Хлапова Елизавета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13,90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11,60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11,70</w:t>
              <w:br/>
              <w:t>15,00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-0,2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45,8</w:t>
              <w:br/>
              <w:t>57,2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Попкова Софья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13,70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11,50</w:t>
              <w:br/>
              <w:t>13,40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11,80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45,6</w:t>
              <w:br/>
              <w:t>54,6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Перцова Анастасия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13,70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11,60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11,50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11,40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45,7</w:t>
              <w:br/>
              <w:t>55,0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Поташова Алиса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-0,6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44,6</w:t>
              <w:br/>
              <w:t>53,2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6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Мария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13,20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-2,0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44,6</w:t>
              <w:br/>
              <w:t>53,9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48,25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7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Сысоева Вероника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13,20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42,6</w:t>
              <w:br/>
              <w:t>53,6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8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Шепелева Маргарита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13,70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-1,5</w:t>
              <w:br/>
              <w:t>-1,0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43,8</w:t>
              <w:br/>
              <w:t>54,4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47,85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9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Коломыцева Ульяна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41,4</w:t>
              <w:br/>
              <w:t>53,7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47,55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10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Овчинникова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13,30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-2,5</w:t>
              <w:br/>
              <w:t>-3,0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40,9</w:t>
              <w:br/>
              <w:t>53,8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44,60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Степанова Полина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13,10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12,30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13,70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-2,5</w:t>
              <w:br/>
              <w:t>-2,5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41,4</w:t>
              <w:br/>
              <w:t>51,6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44,00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Мауричева Ирина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10,10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-4,0</w:t>
              <w:br/>
              <w:t>-4,6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40,6</w:t>
              <w:br/>
              <w:t>41,5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36,75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Чекинёва Варвара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14,30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14,90</w:t>
              <w:br/>
              <w:t>13,70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15,50</w:t>
              <w:br/>
              <w:t>14,70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60,4</w:t>
              <w:br/>
              <w:t>56,2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58,30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Калниш Дарья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14,60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15,10</w:t>
              <w:br/>
              <w:t>14,50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0,0</w:t>
              <w:br/>
              <w:t>0,0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59,7</w:t>
              <w:br/>
              <w:t>55,0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57,35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Серова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14,50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14,80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15,00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59,3</w:t>
              <w:br/>
              <w:t>53,0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Мажорет Дуэт Батон</w:t>
      </w: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Никифорова Кира; Никифорова Эльвира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8,70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8,80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-0,4</w:t>
              <w:br/>
              <w:t>-0,2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41,8</w:t>
              <w:br/>
              <w:t>36,0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Бородина Вера; Логинова Софья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10,20</w:t>
              <w:br/>
              <w:t>8,50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8,30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8,70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-0,6</w:t>
              <w:br/>
              <w:t>-0,8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41,5</w:t>
              <w:br/>
              <w:t>34,5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37,30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Кусков Денис; Северина Алёна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-0,4</w:t>
              <w:br/>
              <w:t>-0,2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43,4</w:t>
              <w:br/>
              <w:t>41,8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Рыбкина Елизавета; Широкова Виктория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-1,3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43,4</w:t>
              <w:br/>
              <w:t>40,4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АНДРЕЕВА ВАРВАРА; Перцова Анастасия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-1,4</w:t>
              <w:br/>
              <w:t>-1,7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43,2</w:t>
              <w:br/>
              <w:t>40,3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Магомедова Карина; Ярощук 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10,80</w:t>
              <w:br/>
              <w:t>9,60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-2,0</w:t>
              <w:br/>
              <w:t>-2,3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43,5</w:t>
              <w:br/>
              <w:t>39,1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Кораблева Вера; Лебедева Дарья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10,90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12,80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13,20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-1,1</w:t>
              <w:br/>
              <w:t>-1,2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44,2</w:t>
              <w:br/>
              <w:t>51,5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46,70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Жарикова Таисия; Петухов Андрей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12,70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11,40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14,00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-3,5</w:t>
              <w:br/>
              <w:t>-1,3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44,9</w:t>
              <w:br/>
              <w:t>53,2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46,65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Лагунова Валерия; Сысоева Вероника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11,40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12,00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12,70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11,50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-1,2</w:t>
              <w:br/>
              <w:t>-1,4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45,2</w:t>
              <w:br/>
              <w:t>50,2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46,40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Тимофеева Ксения; Фуфаева Виктория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11,00</w:t>
              <w:br/>
              <w:t>13,20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11,10</w:t>
              <w:br/>
              <w:t>12,60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-2,2</w:t>
              <w:br/>
              <w:t>-2,3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44,6</w:t>
              <w:br/>
              <w:t>51,8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45,95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Мажорет Дуэт Помпон</w:t>
      </w:r>
    </w:p>
    <w:p>
      <w:pPr>
        <w:spacing w:after="0"/>
      </w:pPr>
      <w:r>
        <w:rPr>
          <w:rStyle w:val="BigStyle"/>
          <w:b/>
        </w:rPr>
        <w:t>Дети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Ряховская Екатерина; Ряховская Софья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8,00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7,50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9,50</w:t>
              <w:br/>
              <w:t>7,00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8,50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-0,7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39,8</w:t>
              <w:br/>
              <w:t>31,0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34,80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Мини-кадеты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Андреева Виктория; Голикова Кира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-0,4</w:t>
              <w:br/>
              <w:t>-0,1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42,3</w:t>
              <w:br/>
              <w:t>40,9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41,35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Бессонова София; Носенко София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-0,4</w:t>
              <w:br/>
              <w:t>-0,1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41,9</w:t>
              <w:br/>
              <w:t>39,6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Никифорова Кира; Никифорова Эльвира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-1,0</w:t>
              <w:br/>
              <w:t>-1,2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42,2</w:t>
              <w:br/>
              <w:t>40,0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Никитина Дарья; Сысоева София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-0,3</w:t>
              <w:br/>
              <w:t>-0,2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41,7</w:t>
              <w:br/>
              <w:t>38,7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39,95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Вавилова Ева; Курман Ева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Свиридова М.И.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9,70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10,40</w:t>
              <w:br/>
              <w:t>9,40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9,20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-1,5</w:t>
              <w:br/>
              <w:t>-1,3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41,8</w:t>
              <w:br/>
              <w:t>38,3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38,65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Северина Алёна; Серебрякова Александра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10,70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10,50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11,50</w:t>
              <w:br/>
              <w:t>10,80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-0,9</w:t>
              <w:br/>
              <w:t>-1,7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43,0</w:t>
              <w:br/>
              <w:t>43,0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Мотовилова Наталья; Устюшина Вера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10,60</w:t>
              <w:br/>
              <w:t>11,20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10,90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11,30</w:t>
              <w:br/>
              <w:t>11,50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-2,3</w:t>
              <w:br/>
              <w:t>-1,9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41,7</w:t>
              <w:br/>
              <w:t>44,6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41,05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Лагунова Валерия; Перцова Анастасия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10,30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10,00</w:t>
              <w:br/>
              <w:t>10,50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9,80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10,70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-2,2</w:t>
              <w:br/>
              <w:t>-0,2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40,8</w:t>
              <w:br/>
              <w:t>41,2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39,80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ГАТАУЛЛИНА АЛИНА; Радаева Дарина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9,30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8,90</w:t>
              <w:br/>
              <w:t>10,20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9,00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9,70</w:t>
              <w:br/>
              <w:t>9,50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-3,4</w:t>
              <w:br/>
              <w:t>-3,4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36,9</w:t>
              <w:br/>
              <w:t>39,5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34,80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Юниоры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 xml:space="preserve">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Калниш Дарья; Чекинёва Варвара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14,00</w:t>
              <w:br/>
              <w:t>13,50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13,50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13,80</w:t>
              <w:br/>
              <w:t>12,90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14,50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-0,8</w:t>
              <w:br/>
              <w:t>-0,6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55,8</w:t>
              <w:br/>
              <w:t>52,4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53,40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Тавлуева Элина; Чудакова Ираида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13,60</w:t>
              <w:br/>
              <w:t>13,00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13,00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13,30</w:t>
              <w:br/>
              <w:t>12,30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14,00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-0,9</w:t>
              <w:br/>
              <w:t>-2,3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53,9</w:t>
              <w:br/>
              <w:t>50,3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Жарикова Таисия; Свистельникова София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13,30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12,90</w:t>
              <w:br/>
              <w:t>12,00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13,00</w:t>
              <w:br/>
              <w:t>12,70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13,70</w:t>
              <w:br/>
              <w:t>12,30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-3,5</w:t>
              <w:br/>
              <w:t>-1,1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52,9</w:t>
              <w:br/>
              <w:t>49,5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Тимофеева Ксения; Фуфаева Виктория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13,30</w:t>
              <w:br/>
              <w:t>12,00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12,70</w:t>
              <w:br/>
              <w:t>11,80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12,90</w:t>
              <w:br/>
              <w:t>12,00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13,70</w:t>
              <w:br/>
              <w:t>11,80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-1,1</w:t>
              <w:br/>
              <w:t>-1,5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52,6</w:t>
              <w:br/>
              <w:t>47,6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Мария; Хлапова Елизавета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Нургатина К.Р.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13,50</w:t>
              <w:br/>
              <w:t>12,30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13,00</w:t>
              <w:br/>
              <w:t>12,20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12,80</w:t>
              <w:br/>
              <w:t>12,50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14,00</w:t>
              <w:br/>
              <w:t>12,00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-2,8</w:t>
              <w:br/>
              <w:t>-1,9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53,3</w:t>
              <w:br/>
              <w:t>49,0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48,80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Группа Барабаны</w:t>
      </w: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Маленькая команда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Адреналин</w:t>
            </w:r>
            <w:r>
              <w:rPr>
                <w:b/>
              </w:rPr>
              <w:t xml:space="preserve"> (Веселуха)</w:t>
            </w:r>
            <w:r>
              <w:br/>
            </w:r>
            <w:r>
              <w:t>Балинова Серафима; Вечерко София; Купцова Юлия; Лазарева Ольга; Мыцик Валерия; Фельдман Кира</w:t>
            </w:r>
            <w:r>
              <w:rPr>
                <w:b/>
              </w:rPr>
              <w:br/>
              <w:t>Студия барабанщиц и спортивной хореографии  с предметом "Адреналин"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Данилова Н.Н.</w:t>
              <w:br/>
              <w:t>Сенина Л.Г.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14,50</w:t>
              <w:br/>
              <w:t>12,00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14,00</w:t>
              <w:br/>
              <w:t>11,00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14,30</w:t>
              <w:br/>
              <w:t>11,50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14,70</w:t>
              <w:br/>
              <w:t>11,50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-0,5</w:t>
              <w:br/>
              <w:t>-0,6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57,5</w:t>
              <w:br/>
              <w:t>46,0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Группа Мажорет MIX</w:t>
      </w:r>
    </w:p>
    <w:p>
      <w:pPr>
        <w:spacing w:after="0"/>
      </w:pPr>
      <w:r>
        <w:rPr>
          <w:rStyle w:val="BigStyle"/>
          <w:b/>
        </w:rPr>
        <w:t>Кадеты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Маленькая команда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«Импульс»</w:t>
            </w:r>
            <w:r>
              <w:rPr>
                <w:b/>
              </w:rPr>
              <w:t xml:space="preserve"> (Индейцы )</w:t>
            </w:r>
            <w:r>
              <w:br/>
            </w:r>
            <w:r>
              <w:t>Белова София; Малофеева Вероника; Мотовилова Наталья; Усманова Алиса; Устюшина Вера; Шарафутдинова Полина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11,20</w:t>
              <w:br/>
              <w:t>10,30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11,50</w:t>
              <w:br/>
              <w:t>10,00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11,70</w:t>
              <w:br/>
              <w:t>9,80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11,90</w:t>
              <w:br/>
              <w:t>10,60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-1,1</w:t>
              <w:br/>
              <w:t>-1,4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46,3</w:t>
              <w:br/>
              <w:t>40,7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42,25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Помпоны гранд сеньоры</w:t>
      </w:r>
    </w:p>
    <w:p>
      <w:pPr>
        <w:spacing w:after="0"/>
      </w:pPr>
      <w:r>
        <w:rPr>
          <w:rStyle w:val="BigStyle"/>
          <w:b/>
        </w:rPr>
        <w:t>Гранд-сеньоры</w:t>
      </w:r>
    </w:p>
    <w:p>
      <w:pPr>
        <w:spacing w:after="0"/>
      </w:pPr>
    </w:p>
    <w:p>
      <w:pPr>
        <w:spacing w:after="0"/>
      </w:pPr>
      <w:r>
        <w:rPr>
          <w:rStyle w:val="BigStyle"/>
          <w:i/>
        </w:rPr>
        <w:t>Группа,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570"/>
        <w:gridCol w:w="777"/>
        <w:gridCol w:w="777"/>
        <w:gridCol w:w="777"/>
        <w:gridCol w:w="777"/>
        <w:gridCol w:w="777"/>
        <w:gridCol w:w="777"/>
        <w:gridCol w:w="850"/>
        <w:gridCol w:w="680"/>
      </w:tblGrid>
      <w:tr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199"/>
            <w:gridSpan w:val="7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457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457"/>
            <w:vMerge/>
          </w:tcPr>
          <w:p/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457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457"/>
            <w:vMerge/>
          </w:tcPr>
          <w:p/>
        </w:tc>
        <w:tc>
          <w:tcPr>
            <w:tcW w:type="dxa" w:w="1457"/>
            <w:vMerge/>
          </w:tcPr>
          <w:p/>
        </w:tc>
      </w:tr>
      <w:tr>
        <w:tc>
          <w:tcPr>
            <w:tcW w:type="dxa" w:w="6803"/>
            <w:vAlign w:val="center"/>
          </w:tcPr>
          <w:p>
            <w:r>
              <w:t>Команда New Wave</w:t>
            </w:r>
            <w:r>
              <w:br/>
            </w:r>
            <w:r>
              <w:t>Александрова Василиса; Зернова Ирина; Искусных Кристина; Кириченко Елена; Курочкина Ирина; Трифонова Варвара; Черепанова Кристина; Ястребова Анна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15,50</w:t>
              <w:br/>
              <w:t>16,00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14,90</w:t>
              <w:br/>
              <w:t>15,70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15,70</w:t>
              <w:br/>
              <w:t>15,80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15,90</w:t>
              <w:br/>
              <w:t>16,50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-1,4</w:t>
              <w:br/>
              <w:t>-1,1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62,0</w:t>
              <w:br/>
              <w:t>64,0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61,75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>
              <w:t>Команда «Импульс»</w:t>
            </w:r>
            <w:r>
              <w:br/>
            </w:r>
            <w:r>
              <w:t>Баранова Кристина; Белова Татьяна; Ивашечкина Ольга; Костомарова Юлия; Лаврова Елена; Мотовилова Тамара; Усманова Лейла; Устюшина Надежда; Хлапова Амина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570"/>
            <w:vAlign w:val="center"/>
          </w:tcPr>
          <w:p>
            <w:pPr>
              <w:jc w:val="left"/>
            </w:pPr>
            <w:r>
              <w:t>Елена Б.</w:t>
              <w:br/>
              <w:t>Нургатина К.Р.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14,50</w:t>
              <w:br/>
              <w:t>16,00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14,70</w:t>
              <w:br/>
              <w:t>15,80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14,90</w:t>
              <w:br/>
              <w:t>15,70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14,80</w:t>
              <w:br/>
              <w:t>16,50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-1,1</w:t>
              <w:br/>
              <w:t>-0,5</w:t>
            </w:r>
          </w:p>
        </w:tc>
        <w:tc>
          <w:tcPr>
            <w:tcW w:type="dxa" w:w="777"/>
            <w:vAlign w:val="center"/>
          </w:tcPr>
          <w:p>
            <w:pPr>
              <w:jc w:val="center"/>
            </w:pPr>
            <w:r>
              <w:t>58,9</w:t>
              <w:br/>
              <w:t>64,0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60,65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Финалы коридоров</w:t>
      </w:r>
    </w:p>
    <w:p/>
    <w:p>
      <w:pPr>
        <w:spacing w:after="0"/>
        <w:jc w:val="center"/>
      </w:pPr>
      <w:r>
        <w:rPr>
          <w:rStyle w:val="BigStyle"/>
          <w:b/>
        </w:rPr>
        <w:t>Соло 1 батон</w:t>
      </w:r>
    </w:p>
    <w:p/>
    <w:p>
      <w:pPr>
        <w:spacing w:after="0"/>
      </w:pPr>
      <w:r>
        <w:rPr>
          <w:rStyle w:val="BigStyle"/>
          <w:b/>
        </w:rPr>
        <w:t>Мини-кадеты</w:t>
      </w:r>
    </w:p>
    <w:p/>
    <w:p>
      <w:pPr>
        <w:spacing w:after="0"/>
      </w:pPr>
      <w:r>
        <w:rPr>
          <w:rStyle w:val="BigStyle"/>
          <w:i/>
        </w:rPr>
        <w:t>Начинающий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Пунга Анна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57,4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56,10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Никитина Дарья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49,20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Кусков Денис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50,5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Голикова Кира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-3,6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51,1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47,50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Спиридонова Яна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Елена Б.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-6,7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52,0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45,30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Кадеты</w:t>
      </w:r>
    </w:p>
    <w:p/>
    <w:p>
      <w:pPr>
        <w:spacing w:after="0"/>
      </w:pPr>
      <w:r>
        <w:rPr>
          <w:rStyle w:val="BigStyle"/>
          <w:i/>
        </w:rPr>
        <w:t>Начинающий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Петрова Виктория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13,00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60,6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60,30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Захарова Ника</w:t>
            </w:r>
            <w:r>
              <w:rPr>
                <w:b/>
              </w:rPr>
              <w:br/>
              <w:t>Центр Спортивной Подготовки «Ника»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57,6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Ярощук Арина</w:t>
            </w:r>
            <w:r>
              <w:rPr>
                <w:b/>
              </w:rPr>
              <w:br/>
              <w:t>Центр акробатики мажорет спорта и твирлинга 5 Элемент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57,8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55,50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Рыбалко Анастасия</w:t>
            </w:r>
            <w:r>
              <w:rPr>
                <w:b/>
              </w:rPr>
              <w:br/>
              <w:t>Творческое объединение "VICTORIA"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12,00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55,0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53,60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Яковлева Наталья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Свиридова М.И.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-0,4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53,30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Style w:val="BigStyle"/>
          <w:b/>
        </w:rPr>
        <w:t>Предъюниоры</w:t>
      </w:r>
    </w:p>
    <w:p/>
    <w:p>
      <w:pPr>
        <w:spacing w:after="0"/>
      </w:pPr>
      <w:r>
        <w:rPr>
          <w:rStyle w:val="BigStyle"/>
          <w:i/>
        </w:rPr>
        <w:t>Начинающий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1474"/>
        <w:gridCol w:w="680"/>
        <w:gridCol w:w="680"/>
        <w:gridCol w:w="680"/>
        <w:gridCol w:w="680"/>
        <w:gridCol w:w="680"/>
        <w:gridCol w:w="680"/>
        <w:gridCol w:w="680"/>
        <w:gridCol w:w="850"/>
        <w:gridCol w:w="680"/>
      </w:tblGrid>
      <w:tr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Участник</w:t>
            </w:r>
          </w:p>
        </w:tc>
        <w:tc>
          <w:tcPr>
            <w:tcW w:type="dxa" w:w="10600"/>
            <w:gridSpan w:val="8"/>
            <w:vAlign w:val="center"/>
          </w:tcPr>
          <w:p>
            <w:pPr>
              <w:jc w:val="center"/>
            </w:pPr>
            <w:r>
              <w:rPr>
                <w:b/>
              </w:rPr>
              <w:t>Оценки судей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Оценка</w:t>
            </w:r>
          </w:p>
        </w:tc>
        <w:tc>
          <w:tcPr>
            <w:tcW w:type="dxa" w:w="1325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Место</w:t>
            </w:r>
          </w:p>
        </w:tc>
      </w:tr>
      <w:tr>
        <w:tc>
          <w:tcPr>
            <w:tcW w:type="dxa" w:w="1325"/>
            <w:vMerge/>
          </w:tcPr>
          <w:p/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Судья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Штр.</w:t>
            </w:r>
          </w:p>
        </w:tc>
        <w:tc>
          <w:tcPr>
            <w:tcW w:type="dxa" w:w="1325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type="dxa" w:w="1325"/>
            <w:vMerge/>
          </w:tcPr>
          <w:p/>
        </w:tc>
        <w:tc>
          <w:tcPr>
            <w:tcW w:type="dxa" w:w="1325"/>
            <w:vMerge/>
          </w:tcPr>
          <w:p/>
        </w:tc>
      </w:tr>
      <w:tr>
        <w:tc>
          <w:tcPr>
            <w:tcW w:type="dxa" w:w="6803"/>
            <w:vAlign w:val="center"/>
          </w:tcPr>
          <w:p>
            <w:r/>
            <w:r>
              <w:t>Осипова Алиса</w:t>
            </w:r>
            <w:r>
              <w:rPr>
                <w:b/>
              </w:rPr>
              <w:br/>
              <w:t>Студия по акробатике и мажорет- спорту КИШ-МИШ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53,4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Арапова София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10,90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54,2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52,30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Курочкина Полина</w:t>
            </w:r>
            <w:r>
              <w:rPr>
                <w:b/>
              </w:rPr>
              <w:br/>
              <w:t>New Wave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10,40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-1,6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53,7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52,10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Кускова Лилия</w:t>
            </w:r>
            <w:r>
              <w:rPr>
                <w:b/>
              </w:rPr>
              <w:br/>
              <w:t>Студия мажореток и барабанщиц "Грёзы"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-2,3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54,1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51,80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6803"/>
            <w:vAlign w:val="center"/>
          </w:tcPr>
          <w:p>
            <w:r/>
            <w:r>
              <w:t>Хлапова Елизавета</w:t>
            </w:r>
            <w:r>
              <w:rPr>
                <w:b/>
              </w:rPr>
              <w:br/>
              <w:t>Студия батон-твирлинга и мажореток «Импульс»</w:t>
            </w:r>
          </w:p>
        </w:tc>
        <w:tc>
          <w:tcPr>
            <w:tcW w:type="dxa" w:w="1474"/>
            <w:vAlign w:val="center"/>
          </w:tcPr>
          <w:p>
            <w:pPr>
              <w:jc w:val="left"/>
            </w:pPr>
            <w:r>
              <w:t>Нургатина К.Р.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10,80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10,70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10,60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11,50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-4,0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54,1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t>50,10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b/>
              </w:rPr>
              <w:t>5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spacing w:after="0"/>
        <w:jc w:val="center"/>
      </w:pPr>
      <w:r>
        <w:rPr>
          <w:rStyle w:val="BigStyle"/>
          <w:b/>
        </w:rPr>
        <w:t>Главный Кубок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18"/>
        <w:gridCol w:w="680"/>
        <w:gridCol w:w="680"/>
        <w:gridCol w:w="680"/>
        <w:gridCol w:w="680"/>
        <w:gridCol w:w="680"/>
        <w:gridCol w:w="850"/>
      </w:tblGrid>
      <w:tr>
        <w:tc>
          <w:tcPr>
            <w:tcW w:type="dxa" w:w="2081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Коллектив</w:t>
            </w:r>
          </w:p>
        </w:tc>
        <w:tc>
          <w:tcPr>
            <w:tcW w:type="dxa" w:w="10405"/>
            <w:gridSpan w:val="5"/>
            <w:vAlign w:val="center"/>
          </w:tcPr>
          <w:p>
            <w:pPr>
              <w:jc w:val="center"/>
            </w:pPr>
            <w:r>
              <w:rPr>
                <w:b/>
              </w:rPr>
              <w:t>Количество мест</w:t>
            </w:r>
          </w:p>
        </w:tc>
        <w:tc>
          <w:tcPr>
            <w:tcW w:type="dxa" w:w="2081"/>
            <w:vMerge w:val="restart"/>
            <w:vAlign w:val="center"/>
          </w:tcPr>
          <w:p>
            <w:pPr>
              <w:jc w:val="center"/>
            </w:pPr>
            <w:r>
              <w:rPr>
                <w:b/>
              </w:rPr>
              <w:t>Итог</w:t>
            </w:r>
          </w:p>
        </w:tc>
      </w:tr>
      <w:tr>
        <w:tc>
          <w:tcPr>
            <w:tcW w:type="dxa" w:w="2081"/>
            <w:vMerge/>
          </w:tcPr>
          <w:p/>
        </w:tc>
        <w:tc>
          <w:tcPr>
            <w:tcW w:type="dxa" w:w="2081"/>
            <w:vAlign w:val="center"/>
          </w:tcPr>
          <w:p>
            <w:pPr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type="dxa" w:w="2081"/>
            <w:vAlign w:val="center"/>
          </w:tcPr>
          <w:p>
            <w:pPr>
              <w:jc w:val="center"/>
            </w:pPr>
            <w:r>
              <w:rPr>
                <w:b/>
              </w:rPr>
              <w:t>II</w:t>
            </w:r>
          </w:p>
        </w:tc>
        <w:tc>
          <w:tcPr>
            <w:tcW w:type="dxa" w:w="2081"/>
            <w:vAlign w:val="center"/>
          </w:tcPr>
          <w:p>
            <w:pPr>
              <w:jc w:val="center"/>
            </w:pPr>
            <w:r>
              <w:rPr>
                <w:b/>
              </w:rPr>
              <w:t>III</w:t>
            </w:r>
          </w:p>
        </w:tc>
        <w:tc>
          <w:tcPr>
            <w:tcW w:type="dxa" w:w="2081"/>
            <w:vAlign w:val="center"/>
          </w:tcPr>
          <w:p>
            <w:pPr>
              <w:jc w:val="center"/>
            </w:pPr>
            <w:r>
              <w:rPr>
                <w:b/>
              </w:rPr>
              <w:t>IV</w:t>
            </w:r>
          </w:p>
        </w:tc>
        <w:tc>
          <w:tcPr>
            <w:tcW w:type="dxa" w:w="2081"/>
            <w:vAlign w:val="center"/>
          </w:tcPr>
          <w:p>
            <w:pPr>
              <w:jc w:val="center"/>
            </w:pPr>
            <w:r>
              <w:rPr>
                <w:b/>
              </w:rPr>
              <w:t>V</w:t>
            </w:r>
          </w:p>
        </w:tc>
        <w:tc>
          <w:tcPr>
            <w:tcW w:type="dxa" w:w="2081"/>
            <w:vMerge/>
          </w:tcPr>
          <w:p/>
        </w:tc>
      </w:tr>
      <w:tr>
        <w:tc>
          <w:tcPr>
            <w:tcW w:type="dxa" w:w="10318"/>
            <w:vAlign w:val="center"/>
          </w:tcPr>
          <w:p>
            <w:r>
              <w:t>Студия мажореток и барабанщиц "Грёзы"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291.62</w:t>
            </w:r>
          </w:p>
        </w:tc>
      </w:tr>
      <w:tr>
        <w:tc>
          <w:tcPr>
            <w:tcW w:type="dxa" w:w="10318"/>
            <w:vAlign w:val="center"/>
          </w:tcPr>
          <w:p>
            <w:r>
              <w:t>New Wave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256.50</w:t>
            </w:r>
          </w:p>
        </w:tc>
      </w:tr>
      <w:tr>
        <w:tc>
          <w:tcPr>
            <w:tcW w:type="dxa" w:w="10318"/>
            <w:vAlign w:val="center"/>
          </w:tcPr>
          <w:p>
            <w:r>
              <w:t>Центр акробатики мажорет спорта и твирлинга 5 Элемент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195.90</w:t>
            </w:r>
          </w:p>
        </w:tc>
      </w:tr>
      <w:tr>
        <w:tc>
          <w:tcPr>
            <w:tcW w:type="dxa" w:w="10318"/>
            <w:vAlign w:val="center"/>
          </w:tcPr>
          <w:p>
            <w:r>
              <w:t>Студия батон-твирлинга и мажореток «Импульс»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183.94</w:t>
            </w:r>
          </w:p>
        </w:tc>
      </w:tr>
      <w:tr>
        <w:tc>
          <w:tcPr>
            <w:tcW w:type="dxa" w:w="10318"/>
            <w:vAlign w:val="center"/>
          </w:tcPr>
          <w:p>
            <w:r>
              <w:t>Центр Спортивной Подготовки «Ника»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91.94</w:t>
            </w:r>
          </w:p>
        </w:tc>
      </w:tr>
      <w:tr>
        <w:tc>
          <w:tcPr>
            <w:tcW w:type="dxa" w:w="10318"/>
            <w:vAlign w:val="center"/>
          </w:tcPr>
          <w:p>
            <w:r>
              <w:t>Творческое объединение "VICTORIA"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77.28</w:t>
            </w:r>
          </w:p>
        </w:tc>
      </w:tr>
      <w:tr>
        <w:tc>
          <w:tcPr>
            <w:tcW w:type="dxa" w:w="10318"/>
            <w:vAlign w:val="center"/>
          </w:tcPr>
          <w:p>
            <w:r>
              <w:t>Студия по акробатике и мажорет- спорту КИШ-МИШ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50.26</w:t>
            </w:r>
          </w:p>
        </w:tc>
      </w:tr>
      <w:tr>
        <w:tc>
          <w:tcPr>
            <w:tcW w:type="dxa" w:w="10318"/>
            <w:vAlign w:val="center"/>
          </w:tcPr>
          <w:p>
            <w:r>
              <w:t>Студия барабанщиц и спортивной хореографии  с предметом "Адреналин"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850"/>
            <w:vAlign w:val="center"/>
          </w:tcPr>
          <w:p>
            <w:pPr>
              <w:jc w:val="center"/>
            </w:pPr>
            <w:r>
              <w:rPr>
                <w:b/>
              </w:rPr>
              <w:t>4.78</w:t>
            </w:r>
          </w:p>
        </w:tc>
      </w:tr>
    </w:tbl>
    <w:p>
      <w:pPr>
        <w:spacing w:after="0"/>
      </w:pPr>
    </w:p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35"/>
        <w:gridCol w:w="2835"/>
      </w:tblGrid>
      <w:tr>
        <w:trPr>
          <w:trHeight w:val="567"/>
        </w:trPr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single"/>
              <w:insideH w:val="nil"/>
              <w:insideV w:val="nil"/>
            </w:tcBorders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540000" cy="34519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zha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3451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nil"/>
              <w:insideH w:val="nil"/>
              <w:insideV w:val="nil"/>
            </w:tcBorders>
          </w:tcPr>
          <w:p>
            <w:r>
              <w:t>/Елена Б./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35"/>
        <w:gridCol w:w="2835"/>
      </w:tblGrid>
      <w:tr>
        <w:trPr>
          <w:trHeight w:val="567"/>
        </w:trPr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single"/>
              <w:insideH w:val="nil"/>
              <w:insideV w:val="nil"/>
            </w:tcBorders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540000" cy="411045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anilova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110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nil"/>
              <w:insideH w:val="nil"/>
              <w:insideV w:val="nil"/>
            </w:tcBorders>
          </w:tcPr>
          <w:p>
            <w:r>
              <w:t>/Данилова Н.Н./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35"/>
        <w:gridCol w:w="2835"/>
      </w:tblGrid>
      <w:tr>
        <w:trPr>
          <w:trHeight w:val="567"/>
        </w:trPr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single"/>
              <w:insideH w:val="nil"/>
              <w:insideV w:val="nil"/>
            </w:tcBorders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540000" cy="37125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yafarova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3712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nil"/>
              <w:insideH w:val="nil"/>
              <w:insideV w:val="nil"/>
            </w:tcBorders>
          </w:tcPr>
          <w:p>
            <w:r>
              <w:t>/Нургатина К.Р./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35"/>
        <w:gridCol w:w="2835"/>
      </w:tblGrid>
      <w:tr>
        <w:trPr>
          <w:trHeight w:val="567"/>
        </w:trPr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single"/>
              <w:insideH w:val="nil"/>
              <w:insideV w:val="nil"/>
            </w:tcBorders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540000" cy="44181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viridova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4181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nil"/>
              <w:insideH w:val="nil"/>
              <w:insideV w:val="nil"/>
            </w:tcBorders>
          </w:tcPr>
          <w:p>
            <w:r>
              <w:t>/Свиридова М.И./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35"/>
        <w:gridCol w:w="2835"/>
      </w:tblGrid>
      <w:tr>
        <w:trPr>
          <w:trHeight w:val="567"/>
        </w:trPr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single"/>
              <w:insideH w:val="nil"/>
              <w:insideV w:val="nil"/>
            </w:tcBorders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540000" cy="129044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enina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2904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285"/>
            <w:vAlign w:val="bottom"/>
            <w:tcBorders>
              <w:left w:val="nil"/>
              <w:top w:val="nil"/>
              <w:right w:val="nil"/>
              <w:bottom w:val="nil"/>
              <w:insideH w:val="nil"/>
              <w:insideV w:val="nil"/>
            </w:tcBorders>
          </w:tcPr>
          <w:p>
            <w:r>
              <w:t>/Сенина Л.Г./</w:t>
            </w:r>
          </w:p>
        </w:tc>
      </w:tr>
    </w:tbl>
    <w:sectPr w:rsidR="00FC693F" w:rsidRPr="0006063C" w:rsidSect="00034616">
      <w:pgSz w:w="16838" w:h="11906" w:orient="landscape"/>
      <w:pgMar w:top="567" w:right="567" w:bottom="567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BigStyle">
    <w:name w:val="BigStyle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